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ומקומות -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יישובים בישראל ואת המשמעות הכפולה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שמות מקומות לשתי מילים שאפשר לצייר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יצירתיות וחשיבה לשונית סביב שמות 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מעלה החמישה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עושים במשחקי התמונות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הדוגמה שמופיעה בדף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שמות של מילה אחת, כמו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בדוגמה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רמה היא מקום גבוה ולא נמוך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יישוב לשתי המילים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 + אביב (גבעה ועונת האביב))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(באר + שבע (באר ומספר))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(פתח + תקווה (פתח ותחושת ציפייה))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(גבעה + תיים (שתי גבעות))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(ראש + עין (ראש ומעיין מים))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מתאר את משמעות המילים שבתוך השם, וכך קל יותר לזכור אותו דרך תמונה ולא רק דרך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אתגר יצירתי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שם יישוב אמיתי, מפרק/ת אותו לשתי מילים בעלות משמעות, ומתאר/ת או משרטט/ת ציור שמשלב את שתי המילים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המסביר את הקשר בין משמעות המילים בשם היישוב למאפיין אמיתי של המקום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תקין עם שתי מילים הגיוניות, למשל תל אביב או פתח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שהציור מייצג את המשמעות של המילים בשם, וכך קל יותר לזכור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בכיתה כמה תמונות מהדף המקורי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בעצמם יישובים נוספים בעלי שמות כפולי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להפוך את משימת הפתיחה הפתוחה לתחרות ציור קצרה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ומקומות -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נשחק עם שמות של ערים ויישובים בישראל. נגלה שכל שם בנוי לפעמים משתי מילים, ושאפשר אפילו לצייר אותן כמו חידת תמונה.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יישוב מורכב מהמילים תל ואביב?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כרמיאל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הראשונה בשם היישוב באר שבע?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פתח תקווה מורכב מהמילים פתח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מתארת מקום גבוה ושטוח?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בשם גבעתיים מסתתר רמז למספר. כמה גבעות?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יישוב בארץ אפשר לקרוא כפשוטו, כמו שנאמר בדף המקורי?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מעלה החמישה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לפרק שמות של יישובים בארץ לשתי מילים שקל לצייר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מטולה מזכיר חפץ שאפשר לצייר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שם של יישוב בישראל יש בדיוק שתי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 עדשים מורכב מהמילים תל ועדשים, סוג של ירק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רמות בעברית מתארת מקומות נמוכים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העיר __________ אביב נקראת על שם גבעה ועונת האביב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העיר באר __________ נקראת על שם באר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העיר פתח __________ נקראת על שם פתח ורגש של ציפייה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היישוב __________ העין משלב בתוכו את המילה 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בשם גבעתיים מסתתרות שתי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יישוב לשתי המילים שבתוכו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ראש + עין (ראש ומעיין מים)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 + אביב (גבעה ועונת האביב)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באר + שבע (באר ומספר)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גבעתיים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פתח + תקווה (פתח ותחושת ציפייה)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העין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גבעה + תיים (שתי גבעות)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חידת תמונה יכולה לעזור לזכור שם של יישוב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אתגר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יישוב בארץ ששמו מורכב משתי מילים, פרקו אותו וציירו חידת תמונה משלכם, כמו בדוגמאות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שמסביר למה השם שבחרתם מתאים בדיוק למקום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יישוב אחד שאפשר לפרק לשתי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מקום גבוה ושטוח?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חידת תמונה עוזרת לנו ללמוד שם של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ומקומות -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