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ואת המשמעות הכפולה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מקומות לשתי 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וחשיבה לשונית סביב 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מעלה החמישה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עושים במשחקי התמונות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הדוגמה שמופיעה בדף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שמות של מילה אחת, כמו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בדוגמה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רמה היא מקום גבוה ולא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לשתי המילים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 + אביב (גבעה ועונת האביב))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(באר + שבע (באר ומספר))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(פתח + תקווה (פתח ותחושת ציפייה))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(גבעה + תיים (שתי גבעות))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(ראש + עין (ראש ומעיין מים))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מתאר את משמעות המילים שבתוך השם, וכך קל יותר לזכור אותו דרך תמונה ולא רק דרך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שם יישוב אמיתי, מפרק/ת אותו לשתי מילים בעלות משמעות, ומתאר/ת או משרטט/ת ציור שמשלב את שתי המילים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המסביר את הקשר בין משמעות המילים בשם היישוב למאפיין אמיתי של המקום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תקין עם שתי מילים הגיוניות, למשל תל אביב או פתח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שהציור מייצג את המשמעות של המילים בשם, וכך קל יותר לזכור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בכיתה כמה תמונות מהדף המקורי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יישובים נוספים בעלי שמות כפולי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הפתיחה הפתוחה לתחרות ציור קצרה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שמות של מקומות בישראל. נראה שכל שם אפשר לפרק לשתי מילים, ושאפשר לצייר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גבעה גבוהה, לפעמים עם שרידים עתיקים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שיש בו מים מתחת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מהנוף שגבוה מהסביבה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 או של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של ציפייה לדבר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 ושטוח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תמונה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מנחשים מילה לפי ציור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בנוי מהמילים תל ואביב?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כרמיאל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הראשונה בשם באר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מופיעה אחרי פתח בשם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פירושה מקום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גבעות מסתתרות בשם גבעתיים?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שם יישוב אפשר להבין פשוט, מילה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מעלה החמישה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לפרק שמות של יישובים בארץ לשתי מילים שקל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מטולה מזכיר חפץ שאפשר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שם של יישוב בישראל יש בדיוק שתי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 עדשים מורכב מהמילים תל ועדשים, סוג של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רמות בעברית מתארת מקומות נמוכים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העיר __________ אביב נקראת על שם גבעה ועונת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העיר באר __________ נקראת על שם באר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פתח __________ נקראת על שם פתח ורגש של ציפייה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היישוב __________ העין משלב בתוכו את המילה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בשם גבעתיים מסתתרות שתי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יישוב לשתי המילים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גבעה + תיים (שתי גבעות)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+ עין (ראש ומעיין מים)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 + אביב (גבעה ועונת האביב)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גבעתיים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פתח + תקווה (פתח ותחושת ציפייה)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באר + שבע (באר ומספר)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חידת תמונה יכולה לעזור לזכור שם של יישוב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אתגר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בארץ ששמו מורכב משתי מילים, פרקו אותו וציירו חידת תמונה משלכם, כמו בדוגמאות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שמסביר למה השם שבחרתם מתאים בדיוק למקום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יישוב אחד שאפשר לפרק לשתי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מקום גבוה ושטוח?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חידת תמונה עוזרת לנו ללמוד שם של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ומקומות -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