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ומקומות -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יישובים בישראל ואת המשמעות הכפולה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פירוק שמות מקומות לשתי מילים שאפשר לצייר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יצירתיות וחשיבה לשונית סביב שמות עבריים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שמות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תל 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עושים במשחקי התמונות עצמם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הדוגמה שמופיעה בדף המקורי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יישוב לשתי המילים שבתוכו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(תל + אביב (גבעה ועונת האביב))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(באר + שבע (באר ומספר))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(פתח + תקווה (פתח ותחושת ציפייה))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הציור מתאר את משמעות המילים שבתוך השם, וכך קל יותר לזכור אותו דרך תמונה ולא רק דרך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אתגר יצירתי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שם יישוב אמיתי, מפרק/ת אותו לשתי מילים בעלות משמעות, ומתאר/ת או משרטט/ת ציור שמשלב את שתי המילים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תקין עם שתי מילים הגיוניות, למשל תל אביב או פתח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מסביר/ה שהציור מייצג את המשמעות של המילים בשם, וכך קל יותר לזכור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להקרין בכיתה כמה תמונות מהדף המקורי ולתרגל יחד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בעצמם יישובים נוספים בעלי שמות כפולי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להפוך את משימת הפתיחה הפתוחה לתחרות ציור קצרה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ומקומות -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נשחק עם שמות של ערים ויישובים בישראל. נגלה שכל שם בנוי לפעמים משתי מילים, ושאפשר אפילו לצייר אותן כמו חידת תמונה.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תל  ·  שבע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שם יישוב מורכב מהמילים תל ואביב?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תל חי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כרמיאל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הראשונה בשם היישוב באר שבע?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לפרק שמות של יישובים בארץ לשתי מילים שקל לצייר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השם מטולה מזכיר חפץ שאפשר לצייר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שם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העיר __________ אביב נקראת על שם גבעה ועונת האביב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העיר באר __________ נקראת על שם באר ומספר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יישוב לשתי המילים שבתוכו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תל אביב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באר + שבע (באר ומספר)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באר שבע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פתח + תקווה (פתח ותחושת ציפייה)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פתח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תל + אביב (גבעה ועונת האביב)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חידת תמונה יכולה לעזור לזכור שם של יישוב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אתגר יצירתי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יישוב בארץ ששמו מורכב משתי מילים, פרקו אותו וציירו חידת תמונה משלכם, כמו בדוגמאות מהדף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שם של יישוב אחד שאפשר לפרק לשתי מילים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שמתארת מקום גבוה ושטוח?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ומקומות -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